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новой Екатери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