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Грачеву Андрею Валентиновичу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