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«Земтек Майнинг»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