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Управе района Орехово-Борисово Южное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