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«Синарский трубный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