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Трофимову Сергею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