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Васильеву Николаю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