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здравоохранения Республики Хакасия «Абаканская межрайонная клиническая больница»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