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Демидовичу Валентину Львовичу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