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апреля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Zoomlion Heavy Industry Science and Tehnology Co., Ltd.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2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