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«Медицинский центр Альтернатива»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