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областному государственному унитарному энергетическому предприятию «Электросетевая компания по эксплуатации электрических сетей «Облкоммунэнерго»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