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фонду обязательного медицинского страхования Костромской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