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Полуляху Константину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