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«Управляющая компания Гарант 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