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«АВН 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Судьи дела: Пронина М.В. (судья) (подробнее) Последние документы по делу: Определение от 1 апреля 2024 г. по делу № А55-24300/2022 Определение от 18 января 2024 г. по делу № А55-24300/2022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