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Кировскому областному государственному бюджетному учреждению здравоохранения «Слободская центральная районная больница имени академика А.Н. Бакулева»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КОГБУЗ "Слободская ЦРБ" (подробнее) Ответчики: ООО Филиал "Капитал Медицинское страхование" в Кировской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