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«Топливная компания Шельф»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