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Г Электроникс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