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Ярославской области «Областная клиническая онкологическая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БЮДЖЕТНОЕ УЧРЕЖДЕНИЕ ЗДРАВООХРАНЕНИЯ ЯРОСЛАВСКОЙ ОБЛАСТИ "ОБЛАСТНАЯ КЛИНИЧЕСКАЯ ОНКОЛОГИЧЕСКАЯ БОЛЬНИЦА" (подробнее) Ответчики: Территориальный фонд обязательного медицинского страхования Ярославской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