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19.03.2024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«Клиника Доктора ФИО1. Калуга»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Клиника доктора Фомина.Калуга (подробнее) Ответчики: АО "МАКС-М" в г. Калуге (подробнее) АО Медицинская акционерная страховая компания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