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«Агрофирма «Нива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"Агрофирма "Нива Плюс" (подробнее) Ответчики: ООО "Лель" (подробнее) Иные лица: 19 Арбитражный апелляционный суд (подробнее) АО "ЩЕЛКОВО АГРОХИМ" (подробнее) Арбитражный суд Центрального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