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«София»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ФКУ "ЦОУМТС МВД России" (подробнее) Ответчики: ООО София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