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транспорта и дорожного хозяйства Краснодарского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