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«Приморская краевая клиническая больница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бюджетное учреждение здравоохранения "Приморская краевая клиническая больница №1" (подробнее) Ответчики: ГУ Территориальный фонд обязательного медицинского страхования Приморского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