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Исмаиловой Мадине Уцумиевне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