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«Подольский завод «Аккумулятор»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"ПОДОЛЬСКИЙ ЗАВОД "АККУМУЛЯТОР" (подробнее) Ответчики: Федеральная антимонопольная служба (подробнее) Иные лица: АСгМ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