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Александрову Святославу Игоревичу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