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«Лечебное исправительное учреждение № 1 Управления Федеральной службы исполнения наказаний по Алтайскому краю»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"Алтайэнергосбыт". (подробнее) Ответчики: ФКУ "Лечебное исправительное учреждение №1" УФСИН России по АК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