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оноберову Леонид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