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Седлецкому Евгению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