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«СтройКомплектСервис»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"СтройКомплектСервис" (подробнее) Ответчики: Межрайонная инспекция Федеральной налоговой службы №3 по Оренбургской области (подробнее) Иные лица: Восемнадцатый арбитражный апелляционный суд (подробнее) ПАО МТС Банк (подробнее) Россия, 191124, Санкт-Петербург, -, Смольного, 6 стр.1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