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лесного, охотничьего хозяйства и природопользования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