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«Фиделис Евразия»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