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Лукьянову Денису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