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Нью Бэлэнс Атлетикс, ИНК (New Balance Athletics, INC)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