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Соколиная гора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