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Панкрашевой Юлии Витальевне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