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«ЦСМ Клиника Больничная»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