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Территориального фонда обязательного медицинского страхования Ставропольского края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