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автономной некоммерческой организации «Приют для сельскохозяйственных животных «Авенсис» (идущие вместе)»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