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Дьяков Вячеслав Евгеньевич (далее – Предприниматель) обратился в Арбитражный суд Волгоградской области с иском к обществу с ограниченной ответственностью «Управляющая организация «Гала Парк» (далее – Общество) о взыскании задолженности по договору от 01.08.2019 № 27/ИП на оказание услуг по техническому обслуживанию, содержанию и текущему ремонту общего имущества многоквартирных домов и содержанию придомовых территорий, аварийно-диспетчерскому обеспечению. Решением Арбитражного суда Волгоградской области от 08.09.2021 с Общества в пользу Предпринимателя взыскано 7 635 070 рублей 71 копейка; распределены судебные расходы. В Арбитражный суд Волгоградской области 30.05.2023 поступило заявление первого заместителя прокурора Волгоградской области о пересмотре решения от 08.09.2021 по вновь открывшимся обстоятельствам. Решением Арбитражного суда Волгоградской области от 28.06.2023, оставленным без изменения Постановлением Двенадцатого арбитражного апелляционного суда от 21.08.2023 и постановлением Арбитражного суда Поволжского округа от 26.12.2023, заявление удовлетворено, решение от 08.09.2021 отменено по вновь открывшимся обстоятельствам. 2 В кассационной жалобе, поданной в Верховный Суд Российской Федерации, заявитель просит отменить судебные акты об удовлетворении заявления о пересмотре судебного акта по вновь открывшимся обстоятельствам, ссылаясь на существенное нарушение судами норм материального процессуального права. В обоснование доводов жалобы заявитель указывает, что обстоятельства, на которые ссылалась Прокуратура Волгоградской области (далее – Прокуратура), не соответствуют критериям вновь открывшихся; более того, Прокуратура является ненадлежащим заявителем, так как не уполномочена на предъявление данного заявления.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удовлетворили заявление, указав, что изложенные Прокуратурой обстоятельства относятся к вновь открывшимися по смыслу приведенных выше норм. Судами установлено, что в связи с многочисленными нарушениями Управляющей организацией требований жилищного законодательства , грубыми нарушениями лицензионных требований в период с 2019 по 2022 жилищной инспекцией города Волгограда в соответствии с частью 5.2,5.3 статьи 198 3 Жилищного кодекса Российской Федерации 24.06.2021 и 27.07.2021 приняты решения об исключении из реестра лицензий всех многоквартирных домов, находящихся в управлении ООО «УО «Гала Парк». На основании искового заявления жилищной инспекции вступившим в законную силу решением Арбитражного суда Волгоградской области от 18.05.2022 по делу №А12-4020/2022 аннулирована лицензия ООО «УО «Гала Парк» на осуществление предпринимательской деятельности по управлению многоквартирными домами. 29.09.2021 решением Арбитражного суда Волгоградской области от 18.05.2022 по делу №А12-11505/2021 ООО «УО «Гала Парк» признано несостоятельным (банкротом), открыто конкурсное производство. Взысканная с ООО «УО «Гала Парк» задолженность в сумме 7 635 070,62 руб. по инициативе индивидуального предпринимателя Дьякова В.Е. включена в реестр требований кредиторов по делу о банкротстве ООО «УО «Гала Парк». Прокуратурой Волгоградской области было установлено, что Дьяков В.Е. в период с 13.07.2020 по 21.09.2020 являлся единоличным исполнительным органом (генеральным директором) ООО «УО «Гала Парк», с 13.09.2019 по 02.09.2020 ему принадлежало 100% уставного капитала Общества. В соответствии с отмененным решением от 08.09.2021 по настоящему спору задолженность образовалась с 01.07.2020 по 28.02.2021, то есть, в том числе, в период нахождения 100% долей уставного капитала Общества в собственности Дьякова В.В., который также являлся генеральным директором. В период с 30.07.2018 (дата регистрации юридического лица) по 13.07.2020 руководителем Общества являлась Авксентьева Ю.Б. Индивидуальный предприниматель Дьяков В.Е. и Авксентьева Ю.Б. являются аффилированными, взаимозависимыми лицами, также установлена аффилированность по отношению к Ярославцевой И.Н., являвшейся руководителем Общества в период с 21.09.2020 по 02.10.2021. Об обстоятельствах, являющихся основанием к пересмотру решения по настоящему делу, заявителю стало известно в марте 2023, после вступления Прокуратуры Волгоградской области в дело о банкротстве ООО «УО «Гала Парк» (дело №АП12-11505/2021) Рассматривая заявление Прокуратуры, суды исходили из того, что договор между сторонами по настоящему делу заключен в целях исполнения ООО «УО «Гала Парк» обязательств перед собственниками помещений многоквартирных домов, находящихся в управлении указанного юридического лица. Факт выполнения Предпринимателем работ по договору, заключенному с Обществом, подлежали проверке с учетом указанных обстоятельств, которые не могли быть известными при первоначальном рассмотрении дела. Суды учли аргументы Прокуратуры о наличии обстоятельств, свидетельствующих о нарушении Предпринимателем и Обществом законодательства в сфере противодействия легализации доходов, полученных незаконным путем, которые не были предметом исследования по настоящему делу. Доводы кассационной жалобы, которые были предметом рассмотрения судебных инстанций и получили надлежащую правовую оценку, не 4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Дьякова Вячеслава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