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21 марта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«Юмтекс»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