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Областной общественной организации Конгресс татар Челябинской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