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новой Екатерин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