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«СКИФ»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Истцы: ООО "Делекат Ко" (подробнее) Иные лица: Управление Федеральной антимонопольной службы г.Москвы (подробнее) Судьи дела: Завьялова Т.В. (судья) Последние документы по делу: Определение от 23 января 2024 г. по делу № СИП-154/2023 Определение от 16 января 2024 г. по делу № СИП-154/2023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