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единственный участник общества с ограниченной ответственностью «Райстрой» (далее – Общество) ФИО1 обратилась в Арбитражный суд Хабаровского края с заявлением к Управлению Федеральной налоговой службы по Хабаровскому краю (далее – Управление) о признании незаконными действий по внесению в Единый государственный реестр юридических лиц (далее – ЕГРЮЛ) записи за государственным регистрационным номером 2222701860181 от 14.11.2022 в отношении общества с ограниченной ответственностью «Райстрой» (далее – Общество); о признании записи недействительной.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Хабаровского края от 19.05.2023, оставленным без изменения постановлением Шестого арбитражного апелляционного суда от 10.08.2023 и постановлением Арбитражного суда Дальневосточного округа от 17.11.2023,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у Управления отсутствовали полномочия для исключения из ЕГРЮЛ записи от 16.02.2022 о прекращении деятельности юридического лица в связи с завершением конкурсного производства.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ФИО1 29.01.2014 зарегистрировано Общество, которое решением суда от 11.05.2021 по делу № А73-5053/2021 признано несостоятельным (банкротом) по упрощенной процедуре ликвидируемого должника; определением от 21.12.2021 конкурсное производство завершено, в связи с чем Управлением в ЕГРЮЛ внесена запись от 16.02.2022 № 2222700050285 о прекращении деятельности юридического лица в связи с завершением банкротных процедур. Вступившим в законную силу решением Арбитражного суда Хабаровского края от 24.10.2022 по делу № А73-5053/2021, определение суда от 21.12.2021 о завершении конкурсного производства в отношении Общества отменено по новым обстоятельствам. Так, по представлению Прокурора Хабаровского района был отменен судебный приказ от 04.12.2020 в связи с обращением Федеральной налоговой службы по факту незаконного получения вычетов по налогу на добавленную стоимость в нарушение налогового законодательства и неправомерной выгоды в ходе преднамеренного банкротства. Обстоятельства, установленные в рамках дела № А73-5053/2021, были признаны судами уважительными и обоснованными, явились основаниями для отмены по новым обстоятельствам решение суда от 11.05.2021 о признании Общества банкротом и определение от 21.12.2021 о завершении процедуры конкурсного производства в отношении должника. На основании решения от 24.10.2022 об отмене судебных актов (решения суда от 11.05.2021 и определения суда от 21.12.2021) Управлением в ЕГРЮЛ внесена оспариваемая запись от 14.11.2022 № 2222701860181 о признании ранее внесенной в реестр в отношении юридического лица записи от 16.02.2022 № 2222700050285 недействительной. Считая действия Управления по внесению государственной регистрационной записи от 14.11.2022 незаконными, участник Общества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 , 21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признав правомерными действия Управления; отмена определения суда от 21.12.2021 о завершении процедуры конкурсного производства по новым обстоятельствам является достаточным основанием для отмены записи в ЕГРЮЛ в отношении прекращения деятельности Общества в связи с завершением банкротных процедур.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Единственный участник "Райстрой" Шадрина Раиса Ивановна (подробнее) ООО "Райстрой"единственный участник Шадрина Раиса Ивановна (подробнее) Ответчики: Управление Федеральной налоговой службы по Хабаровскому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