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Астраханской области «Городская больница ЗАТО Знаменск»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Астраханское региональное отделение Фонда социального страхования Российской Федерации (подробнее) Ответчики: АО ГБУЗ "Городская больница ЗАТО Знаменск " (подробнее) Иные лица: Отделение Пенсионного фонда и социального страхования по Астраханской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