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«Международный Таможенный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