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«РГ-Ремсервис»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"Уральский завод тяжелого машиностроения" (подробнее) Ответчики: АО "РГ-Ремсервис"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